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61D29" w14:textId="77777777" w:rsidR="008B3D07" w:rsidRDefault="00000000">
      <w:pPr>
        <w:jc w:val="center"/>
      </w:pPr>
      <w:r>
        <w:rPr>
          <w:noProof/>
        </w:rPr>
        <w:drawing>
          <wp:inline distT="0" distB="0" distL="0" distR="0" wp14:anchorId="5465414E" wp14:editId="4B87247A">
            <wp:extent cx="1005840" cy="1010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GATES.jpg"/>
                    <pic:cNvPicPr/>
                  </pic:nvPicPr>
                  <pic:blipFill>
                    <a:blip r:embed="rId6"/>
                    <a:stretch>
                      <a:fillRect/>
                    </a:stretch>
                  </pic:blipFill>
                  <pic:spPr>
                    <a:xfrm>
                      <a:off x="0" y="0"/>
                      <a:ext cx="1005840" cy="1010330"/>
                    </a:xfrm>
                    <a:prstGeom prst="rect">
                      <a:avLst/>
                    </a:prstGeom>
                  </pic:spPr>
                </pic:pic>
              </a:graphicData>
            </a:graphic>
          </wp:inline>
        </w:drawing>
      </w:r>
    </w:p>
    <w:p w14:paraId="40999B4A" w14:textId="77777777" w:rsidR="008B3D07" w:rsidRDefault="00000000">
      <w:pPr>
        <w:jc w:val="center"/>
      </w:pPr>
      <w:r>
        <w:rPr>
          <w:b/>
          <w:color w:val="000080"/>
          <w:sz w:val="32"/>
        </w:rPr>
        <w:t>CROSSGATES PRIMROSE YOUTH FOOTBALL CLUB</w:t>
      </w:r>
      <w:r>
        <w:rPr>
          <w:b/>
          <w:color w:val="000080"/>
          <w:sz w:val="32"/>
        </w:rPr>
        <w:br/>
        <w:t>MISSION, VISION AND VALUES</w:t>
      </w:r>
    </w:p>
    <w:p w14:paraId="5FE74737" w14:textId="77777777" w:rsidR="008B3D07" w:rsidRDefault="008B3D07"/>
    <w:p w14:paraId="3BCC8F5F" w14:textId="77777777" w:rsidR="00214430" w:rsidRDefault="00214430">
      <w:pPr>
        <w:rPr>
          <w:b/>
          <w:color w:val="000080"/>
          <w:sz w:val="28"/>
        </w:rPr>
      </w:pPr>
    </w:p>
    <w:p w14:paraId="46A3E0F2" w14:textId="28A42282" w:rsidR="008B3D07" w:rsidRDefault="00000000">
      <w:r>
        <w:rPr>
          <w:b/>
          <w:color w:val="000080"/>
          <w:sz w:val="28"/>
        </w:rPr>
        <w:t>⚽ Mission Statement</w:t>
      </w:r>
    </w:p>
    <w:p w14:paraId="17F98732" w14:textId="77777777" w:rsidR="008B3D07" w:rsidRDefault="00000000">
      <w:r>
        <w:t>At Crossgates Primrose Youth Football Club, our mission is to provide a safe, inclusive, and enjoyable football environment where every young person can develop their skills, confidence, and character. We aim to inspire a lifelong love of the game by promoting teamwork, respect, discipline, and sportsmanship both on and off the pitch. Through high-quality coaching, positive role modelling, and community engagement, we strive to help every player reach their potential and contribute to a culture of pride, fairness, and belonging within the Crossgates community.</w:t>
      </w:r>
    </w:p>
    <w:p w14:paraId="5AC4567D" w14:textId="77777777" w:rsidR="008B3D07" w:rsidRDefault="008B3D07"/>
    <w:p w14:paraId="60ECCA7D" w14:textId="77777777" w:rsidR="00214430" w:rsidRDefault="00214430">
      <w:pPr>
        <w:rPr>
          <w:b/>
          <w:color w:val="000080"/>
          <w:sz w:val="28"/>
        </w:rPr>
      </w:pPr>
    </w:p>
    <w:p w14:paraId="495DA588" w14:textId="77777777" w:rsidR="00214430" w:rsidRDefault="00214430">
      <w:pPr>
        <w:rPr>
          <w:b/>
          <w:color w:val="000080"/>
          <w:sz w:val="28"/>
        </w:rPr>
      </w:pPr>
    </w:p>
    <w:p w14:paraId="3936E4A2" w14:textId="772108DB" w:rsidR="008B3D07" w:rsidRDefault="00000000">
      <w:r>
        <w:rPr>
          <w:b/>
          <w:color w:val="000080"/>
          <w:sz w:val="28"/>
        </w:rPr>
        <w:t>🌟 Vision Statement</w:t>
      </w:r>
    </w:p>
    <w:p w14:paraId="09EDF1EC" w14:textId="77777777" w:rsidR="008B3D07" w:rsidRDefault="00000000">
      <w:r>
        <w:t>Our vision is to be recognised as a leading community youth football club in Fife — one that nurtures talent, celebrates diversity, and develops players who embody the values of respect, resilience, and responsibility. We aspire to create pathways for every child to enjoy football at their own level, from grassroots participation to advanced performance, while fostering a sense of unity, wellbeing, and lifelong connection to the game. By working in partnership with families, schools, and local organisations, Crossgates Primrose Youth Football Club will continue to grow as a trusted, progressive, and respected part of our community.</w:t>
      </w:r>
    </w:p>
    <w:p w14:paraId="0866A0C3" w14:textId="77777777" w:rsidR="008B3D07" w:rsidRDefault="008B3D07"/>
    <w:p w14:paraId="2D3FA2BF" w14:textId="77777777" w:rsidR="00214430" w:rsidRDefault="00214430">
      <w:pPr>
        <w:rPr>
          <w:b/>
          <w:color w:val="000080"/>
          <w:sz w:val="28"/>
        </w:rPr>
      </w:pPr>
    </w:p>
    <w:p w14:paraId="64320AE4" w14:textId="467B8656" w:rsidR="008B3D07" w:rsidRDefault="00000000">
      <w:r>
        <w:rPr>
          <w:b/>
          <w:color w:val="000080"/>
          <w:sz w:val="28"/>
        </w:rPr>
        <w:lastRenderedPageBreak/>
        <w:t>💛 Club Values</w:t>
      </w:r>
    </w:p>
    <w:p w14:paraId="6ED8B38D" w14:textId="77777777" w:rsidR="008B3D07" w:rsidRDefault="00000000">
      <w:r>
        <w:rPr>
          <w:b/>
          <w:color w:val="000080"/>
          <w:sz w:val="24"/>
        </w:rPr>
        <w:t>Respect</w:t>
      </w:r>
    </w:p>
    <w:p w14:paraId="0A6D298D" w14:textId="77777777" w:rsidR="008B3D07" w:rsidRDefault="00000000">
      <w:r>
        <w:t>We treat everyone with fairness, kindness, and dignity — valuing the efforts of teammates, opponents, coaches, officials, and volunteers alike. Respect underpins everything we do.</w:t>
      </w:r>
    </w:p>
    <w:p w14:paraId="18DFCD7B" w14:textId="77777777" w:rsidR="008B3D07" w:rsidRDefault="008B3D07"/>
    <w:p w14:paraId="5CDAB78E" w14:textId="77777777" w:rsidR="008B3D07" w:rsidRDefault="00000000">
      <w:r>
        <w:rPr>
          <w:b/>
          <w:color w:val="000080"/>
          <w:sz w:val="24"/>
        </w:rPr>
        <w:t>Integrity</w:t>
      </w:r>
    </w:p>
    <w:p w14:paraId="4DC0B48D" w14:textId="77777777" w:rsidR="008B3D07" w:rsidRDefault="00000000">
      <w:r>
        <w:t>We act with honesty and transparency, taking responsibility for our actions and upholding the reputation of our club in all settings.</w:t>
      </w:r>
    </w:p>
    <w:p w14:paraId="74DB69A0" w14:textId="77777777" w:rsidR="008B3D07" w:rsidRDefault="008B3D07"/>
    <w:p w14:paraId="20700840" w14:textId="77777777" w:rsidR="008B3D07" w:rsidRDefault="00000000">
      <w:r>
        <w:rPr>
          <w:b/>
          <w:color w:val="000080"/>
          <w:sz w:val="24"/>
        </w:rPr>
        <w:t>Inclusion</w:t>
      </w:r>
    </w:p>
    <w:p w14:paraId="04F95319" w14:textId="77777777" w:rsidR="008B3D07" w:rsidRDefault="00000000">
      <w:r>
        <w:t>We believe football is for everyone. We are committed to creating an environment where all children, regardless of ability, background, or gender, can take part and feel valued.</w:t>
      </w:r>
    </w:p>
    <w:p w14:paraId="6BF5A35F" w14:textId="77777777" w:rsidR="008B3D07" w:rsidRDefault="008B3D07"/>
    <w:p w14:paraId="498963AE" w14:textId="77777777" w:rsidR="008B3D07" w:rsidRDefault="00000000">
      <w:r>
        <w:rPr>
          <w:b/>
          <w:color w:val="000080"/>
          <w:sz w:val="24"/>
        </w:rPr>
        <w:t>Teamwork</w:t>
      </w:r>
    </w:p>
    <w:p w14:paraId="36C1E0E7" w14:textId="77777777" w:rsidR="008B3D07" w:rsidRDefault="00000000">
      <w:r>
        <w:t>We work together, support one another, and recognise that success is built on collective effort. Every player, coach, and volunteer contributes to the success of our club.</w:t>
      </w:r>
    </w:p>
    <w:p w14:paraId="46DDDDD3" w14:textId="77777777" w:rsidR="008B3D07" w:rsidRDefault="008B3D07"/>
    <w:p w14:paraId="4893D4AC" w14:textId="77777777" w:rsidR="008B3D07" w:rsidRDefault="00000000">
      <w:r>
        <w:rPr>
          <w:b/>
          <w:color w:val="000080"/>
          <w:sz w:val="24"/>
        </w:rPr>
        <w:t>Enjoyment</w:t>
      </w:r>
    </w:p>
    <w:p w14:paraId="6A52AF56" w14:textId="77777777" w:rsidR="008B3D07" w:rsidRDefault="00000000">
      <w:r>
        <w:t>We believe football should be fun. We celebrate effort, learning, and participation, helping young people develop a love of the game that lasts a lifetime.</w:t>
      </w:r>
    </w:p>
    <w:p w14:paraId="011D62D1" w14:textId="77777777" w:rsidR="008B3D07" w:rsidRDefault="008B3D07"/>
    <w:p w14:paraId="5F64A6F8" w14:textId="77777777" w:rsidR="008B3D07" w:rsidRDefault="00000000">
      <w:r>
        <w:rPr>
          <w:b/>
          <w:color w:val="000080"/>
          <w:sz w:val="24"/>
        </w:rPr>
        <w:t>Development</w:t>
      </w:r>
    </w:p>
    <w:p w14:paraId="33665708" w14:textId="77777777" w:rsidR="008B3D07" w:rsidRDefault="00000000">
      <w:r>
        <w:t>We are committed to helping players grow as people as well as footballers — building confidence, resilience, and life skills through sport.</w:t>
      </w:r>
    </w:p>
    <w:p w14:paraId="7825922A" w14:textId="77777777" w:rsidR="008B3D07" w:rsidRDefault="008B3D07"/>
    <w:sectPr w:rsidR="008B3D0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59178149">
    <w:abstractNumId w:val="8"/>
  </w:num>
  <w:num w:numId="2" w16cid:durableId="2113502281">
    <w:abstractNumId w:val="6"/>
  </w:num>
  <w:num w:numId="3" w16cid:durableId="1197814615">
    <w:abstractNumId w:val="5"/>
  </w:num>
  <w:num w:numId="4" w16cid:durableId="1614550676">
    <w:abstractNumId w:val="4"/>
  </w:num>
  <w:num w:numId="5" w16cid:durableId="596908217">
    <w:abstractNumId w:val="7"/>
  </w:num>
  <w:num w:numId="6" w16cid:durableId="457796543">
    <w:abstractNumId w:val="3"/>
  </w:num>
  <w:num w:numId="7" w16cid:durableId="591402739">
    <w:abstractNumId w:val="2"/>
  </w:num>
  <w:num w:numId="8" w16cid:durableId="1523128885">
    <w:abstractNumId w:val="1"/>
  </w:num>
  <w:num w:numId="9" w16cid:durableId="2640032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14430"/>
    <w:rsid w:val="0029639D"/>
    <w:rsid w:val="00326F90"/>
    <w:rsid w:val="004C2F54"/>
    <w:rsid w:val="006463BD"/>
    <w:rsid w:val="00734180"/>
    <w:rsid w:val="008B3D07"/>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F01C26"/>
  <w14:defaultImageDpi w14:val="300"/>
  <w15:docId w15:val="{DED67D91-FE5C-4E61-8CB6-058EFC700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352</Words>
  <Characters>2011</Characters>
  <Application>Microsoft Office Word</Application>
  <DocSecurity>0</DocSecurity>
  <Lines>50</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Macdonald</cp:lastModifiedBy>
  <cp:revision>2</cp:revision>
  <dcterms:created xsi:type="dcterms:W3CDTF">2025-10-17T00:37:00Z</dcterms:created>
  <dcterms:modified xsi:type="dcterms:W3CDTF">2025-10-17T00:37:00Z</dcterms:modified>
  <cp:category/>
</cp:coreProperties>
</file>