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5C956B" w14:textId="77777777" w:rsidR="00A10E1F" w:rsidRDefault="00000000">
      <w:pPr>
        <w:jc w:val="center"/>
      </w:pPr>
      <w:r>
        <w:rPr>
          <w:noProof/>
        </w:rPr>
        <w:drawing>
          <wp:inline distT="0" distB="0" distL="0" distR="0" wp14:anchorId="7092BCE9" wp14:editId="486639D8">
            <wp:extent cx="1005840" cy="10103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SSGATES.jpg"/>
                    <pic:cNvPicPr/>
                  </pic:nvPicPr>
                  <pic:blipFill>
                    <a:blip r:embed="rId6"/>
                    <a:stretch>
                      <a:fillRect/>
                    </a:stretch>
                  </pic:blipFill>
                  <pic:spPr>
                    <a:xfrm>
                      <a:off x="0" y="0"/>
                      <a:ext cx="1005840" cy="1010330"/>
                    </a:xfrm>
                    <a:prstGeom prst="rect">
                      <a:avLst/>
                    </a:prstGeom>
                  </pic:spPr>
                </pic:pic>
              </a:graphicData>
            </a:graphic>
          </wp:inline>
        </w:drawing>
      </w:r>
    </w:p>
    <w:p w14:paraId="5DDD026F" w14:textId="77777777" w:rsidR="00A10E1F" w:rsidRDefault="00000000">
      <w:pPr>
        <w:jc w:val="center"/>
      </w:pPr>
      <w:r>
        <w:rPr>
          <w:b/>
          <w:color w:val="000080"/>
          <w:sz w:val="32"/>
        </w:rPr>
        <w:t>PLAYER CODE OF CONDUCT</w:t>
      </w:r>
    </w:p>
    <w:p w14:paraId="3436CCA2" w14:textId="77777777" w:rsidR="00A10E1F" w:rsidRDefault="00000000">
      <w:r>
        <w:rPr>
          <w:b/>
          <w:color w:val="000080"/>
          <w:sz w:val="24"/>
        </w:rPr>
        <w:t>Purpose</w:t>
      </w:r>
    </w:p>
    <w:p w14:paraId="35552AB6" w14:textId="77777777" w:rsidR="00A10E1F" w:rsidRDefault="00000000">
      <w:r>
        <w:t>This Code of Conduct outlines the expected standards of behaviour for all players representing Crossgates Primrose Youth Football Club. Players are ambassadors for the club, both on and off the pitch, and are expected to uphold the highest standards of respect, teamwork, and sportsmanship in line with Scottish FA guidelines.</w:t>
      </w:r>
    </w:p>
    <w:p w14:paraId="020E1363" w14:textId="77777777" w:rsidR="00A10E1F" w:rsidRDefault="00000000">
      <w:r>
        <w:rPr>
          <w:b/>
          <w:color w:val="000080"/>
          <w:sz w:val="24"/>
        </w:rPr>
        <w:t xml:space="preserve">Respect and </w:t>
      </w:r>
      <w:proofErr w:type="spellStart"/>
      <w:r>
        <w:rPr>
          <w:b/>
          <w:color w:val="000080"/>
          <w:sz w:val="24"/>
        </w:rPr>
        <w:t>Behaviour</w:t>
      </w:r>
      <w:proofErr w:type="spellEnd"/>
    </w:p>
    <w:p w14:paraId="201B3E4B" w14:textId="7A49D190" w:rsidR="005A761F" w:rsidRDefault="00000000" w:rsidP="005A761F">
      <w:pPr>
        <w:pStyle w:val="ListParagraph"/>
        <w:numPr>
          <w:ilvl w:val="0"/>
          <w:numId w:val="10"/>
        </w:numPr>
      </w:pPr>
      <w:r>
        <w:t xml:space="preserve">Players must treat teammates, coaches, referees, opponents, and spectators with respect </w:t>
      </w:r>
      <w:r w:rsidR="005A761F">
        <w:t>always</w:t>
      </w:r>
      <w:r>
        <w:t xml:space="preserve">. </w:t>
      </w:r>
    </w:p>
    <w:p w14:paraId="170E6D14" w14:textId="77777777" w:rsidR="005A761F" w:rsidRDefault="00000000" w:rsidP="005A761F">
      <w:pPr>
        <w:pStyle w:val="ListParagraph"/>
        <w:numPr>
          <w:ilvl w:val="0"/>
          <w:numId w:val="10"/>
        </w:numPr>
      </w:pPr>
      <w:r>
        <w:t xml:space="preserve">Foul or abusive language, gestures, or behaviour will not be tolerated. </w:t>
      </w:r>
    </w:p>
    <w:p w14:paraId="710A7ED3" w14:textId="503186D5" w:rsidR="00A10E1F" w:rsidRDefault="00000000" w:rsidP="005A761F">
      <w:pPr>
        <w:pStyle w:val="ListParagraph"/>
        <w:numPr>
          <w:ilvl w:val="0"/>
          <w:numId w:val="10"/>
        </w:numPr>
      </w:pPr>
      <w:r>
        <w:t>Players should play by the rules, accept decisions without complaint, and support the spirit of the game.</w:t>
      </w:r>
    </w:p>
    <w:p w14:paraId="1A28C4AF" w14:textId="77777777" w:rsidR="00A10E1F" w:rsidRDefault="00000000">
      <w:r>
        <w:rPr>
          <w:b/>
          <w:color w:val="000080"/>
          <w:sz w:val="24"/>
        </w:rPr>
        <w:t>Commitment and Effort</w:t>
      </w:r>
    </w:p>
    <w:p w14:paraId="2400957D" w14:textId="66987978" w:rsidR="005A761F" w:rsidRDefault="00000000" w:rsidP="005A761F">
      <w:pPr>
        <w:pStyle w:val="ListParagraph"/>
        <w:numPr>
          <w:ilvl w:val="0"/>
          <w:numId w:val="11"/>
        </w:numPr>
      </w:pPr>
      <w:r>
        <w:t xml:space="preserve">Players are expected to attend training and matches punctually, </w:t>
      </w:r>
      <w:r w:rsidR="001517A5">
        <w:t>always give their best effort</w:t>
      </w:r>
      <w:r>
        <w:t>, and show a positive attitude towards learning and improvement.</w:t>
      </w:r>
    </w:p>
    <w:p w14:paraId="290E34E8" w14:textId="5178D7EE" w:rsidR="00A10E1F" w:rsidRDefault="00000000" w:rsidP="005A761F">
      <w:pPr>
        <w:pStyle w:val="ListParagraph"/>
        <w:numPr>
          <w:ilvl w:val="0"/>
          <w:numId w:val="11"/>
        </w:numPr>
      </w:pPr>
      <w:r>
        <w:t>Players should take responsibility for their own development and represent the club with pride.</w:t>
      </w:r>
    </w:p>
    <w:p w14:paraId="10E9B61C" w14:textId="77777777" w:rsidR="00A10E1F" w:rsidRDefault="00000000">
      <w:r>
        <w:rPr>
          <w:b/>
          <w:color w:val="000080"/>
          <w:sz w:val="24"/>
        </w:rPr>
        <w:t>Teamwork and Sportsmanship</w:t>
      </w:r>
    </w:p>
    <w:p w14:paraId="332ED585" w14:textId="77777777" w:rsidR="005A761F" w:rsidRDefault="00000000" w:rsidP="005A761F">
      <w:pPr>
        <w:pStyle w:val="ListParagraph"/>
        <w:numPr>
          <w:ilvl w:val="0"/>
          <w:numId w:val="12"/>
        </w:numPr>
      </w:pPr>
      <w:r>
        <w:t xml:space="preserve">Players must put the team before themselves, encourage others, and recognise that football is a collective effort. </w:t>
      </w:r>
    </w:p>
    <w:p w14:paraId="70FC0E96" w14:textId="0028AAD8" w:rsidR="00A10E1F" w:rsidRDefault="00000000" w:rsidP="005A761F">
      <w:pPr>
        <w:pStyle w:val="ListParagraph"/>
        <w:numPr>
          <w:ilvl w:val="0"/>
          <w:numId w:val="12"/>
        </w:numPr>
      </w:pPr>
      <w:r>
        <w:t>Winning with humility and losing with dignity are key principles of sportsmanship within the club.</w:t>
      </w:r>
    </w:p>
    <w:p w14:paraId="75675C3E" w14:textId="6120BCC5" w:rsidR="00A10E1F" w:rsidRDefault="00000000">
      <w:r>
        <w:rPr>
          <w:b/>
          <w:color w:val="000080"/>
          <w:sz w:val="24"/>
        </w:rPr>
        <w:t>Health, Safety and Wellbeing</w:t>
      </w:r>
    </w:p>
    <w:p w14:paraId="320F86F1" w14:textId="77777777" w:rsidR="005A761F" w:rsidRDefault="00000000" w:rsidP="005A761F">
      <w:pPr>
        <w:pStyle w:val="ListParagraph"/>
        <w:numPr>
          <w:ilvl w:val="0"/>
          <w:numId w:val="13"/>
        </w:numPr>
      </w:pPr>
      <w:r>
        <w:t xml:space="preserve">Players should maintain good personal conduct and look after their physical and mental wellbeing. </w:t>
      </w:r>
    </w:p>
    <w:p w14:paraId="194ABB73" w14:textId="2AA5B4A2" w:rsidR="00A10E1F" w:rsidRDefault="00000000" w:rsidP="005A761F">
      <w:pPr>
        <w:pStyle w:val="ListParagraph"/>
        <w:numPr>
          <w:ilvl w:val="0"/>
          <w:numId w:val="13"/>
        </w:numPr>
      </w:pPr>
      <w:r>
        <w:t>This includes following medical and safety advice, using appropriate equipment, and reporting any concerns to a coach or Club Welfare Officer immediately.</w:t>
      </w:r>
    </w:p>
    <w:p w14:paraId="6305E73E" w14:textId="77777777" w:rsidR="00A10E1F" w:rsidRDefault="00A10E1F"/>
    <w:p w14:paraId="748525C3" w14:textId="77777777" w:rsidR="00A10E1F" w:rsidRDefault="00000000">
      <w:r>
        <w:rPr>
          <w:b/>
          <w:color w:val="000080"/>
          <w:sz w:val="24"/>
        </w:rPr>
        <w:lastRenderedPageBreak/>
        <w:t>Disciplinary Action</w:t>
      </w:r>
    </w:p>
    <w:p w14:paraId="3306ADCA" w14:textId="77777777" w:rsidR="00A10E1F" w:rsidRDefault="00000000">
      <w:r>
        <w:t>Breaches of this Code of Conduct may result in disciplinary action as deemed appropriate by the club committee, which may include warnings, suspension, or removal from the club.</w:t>
      </w:r>
    </w:p>
    <w:p w14:paraId="2245F347" w14:textId="77777777" w:rsidR="00A10E1F" w:rsidRDefault="00A10E1F"/>
    <w:sectPr w:rsidR="00A10E1F"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4224CC3"/>
    <w:multiLevelType w:val="hybridMultilevel"/>
    <w:tmpl w:val="20C463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01A6143"/>
    <w:multiLevelType w:val="hybridMultilevel"/>
    <w:tmpl w:val="1B20E9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2252D9C"/>
    <w:multiLevelType w:val="hybridMultilevel"/>
    <w:tmpl w:val="022E21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8340D2F"/>
    <w:multiLevelType w:val="hybridMultilevel"/>
    <w:tmpl w:val="E9FC20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11739215">
    <w:abstractNumId w:val="8"/>
  </w:num>
  <w:num w:numId="2" w16cid:durableId="1989819917">
    <w:abstractNumId w:val="6"/>
  </w:num>
  <w:num w:numId="3" w16cid:durableId="209850654">
    <w:abstractNumId w:val="5"/>
  </w:num>
  <w:num w:numId="4" w16cid:durableId="1133596269">
    <w:abstractNumId w:val="4"/>
  </w:num>
  <w:num w:numId="5" w16cid:durableId="1751192110">
    <w:abstractNumId w:val="7"/>
  </w:num>
  <w:num w:numId="6" w16cid:durableId="1738896918">
    <w:abstractNumId w:val="3"/>
  </w:num>
  <w:num w:numId="7" w16cid:durableId="2113741831">
    <w:abstractNumId w:val="2"/>
  </w:num>
  <w:num w:numId="8" w16cid:durableId="248662627">
    <w:abstractNumId w:val="1"/>
  </w:num>
  <w:num w:numId="9" w16cid:durableId="1950307197">
    <w:abstractNumId w:val="0"/>
  </w:num>
  <w:num w:numId="10" w16cid:durableId="975792054">
    <w:abstractNumId w:val="9"/>
  </w:num>
  <w:num w:numId="11" w16cid:durableId="209847149">
    <w:abstractNumId w:val="11"/>
  </w:num>
  <w:num w:numId="12" w16cid:durableId="1060978962">
    <w:abstractNumId w:val="10"/>
  </w:num>
  <w:num w:numId="13" w16cid:durableId="9509985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517A5"/>
    <w:rsid w:val="0029639D"/>
    <w:rsid w:val="002E0715"/>
    <w:rsid w:val="00326F90"/>
    <w:rsid w:val="005A761F"/>
    <w:rsid w:val="00734180"/>
    <w:rsid w:val="00A10E1F"/>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7E65BD3"/>
  <w14:defaultImageDpi w14:val="300"/>
  <w15:docId w15:val="{DED67D91-FE5C-4E61-8CB6-058EFC700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247</Words>
  <Characters>1412</Characters>
  <Application>Microsoft Office Word</Application>
  <DocSecurity>0</DocSecurity>
  <Lines>35</Lines>
  <Paragraphs>12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1647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Michael Macdonald</cp:lastModifiedBy>
  <cp:revision>2</cp:revision>
  <dcterms:created xsi:type="dcterms:W3CDTF">2025-10-17T00:33:00Z</dcterms:created>
  <dcterms:modified xsi:type="dcterms:W3CDTF">2025-10-17T00:33:00Z</dcterms:modified>
  <cp:category/>
</cp:coreProperties>
</file>